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בעל פה ומה היתרונות והמגבלות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זיכרון אישי לעובדה 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עדויות ושימוש במקורות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 נותנת קול לאנשים שלא נכתבו בספרים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עלול להשתנות מעט בכל פעם שמספרים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מסמך או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נותנת קול גם לילדים, נשים, עולים ואנשי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שוכחים תאריכים והסיפור משתנה מעט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לראות מה דומה ומה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(מחקר שאוסף עדויות של אנשים על חייהם)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שאדם זוכר מתוך חוויה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(מידע שאפשר לאמת במקורות נוספים)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(מסמך, תמונה או עדות שמספקים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אירוע או תקופה לחקור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ראיינו שני אנשים על אותו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שתי העדויות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מקור נוסף לבדיקת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אוספים עדויות של אנשים על חייהם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שכחת תאריכים, שינוי קל בסיפור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לעדות נוספת או למקור כמו מסמך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ראיון משפחתי שהתלמידים כבר 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שעדות 'לא מדויקת' אינה עדות 'שקרית'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היסטוריה בעל פה וזיכרון כמקור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לומדים כיצד חוקרים אוספים עדויות מאנשים על חייהם, ולמה חשוב להשוות בין כמה עדויות ולבדוק מקורות נוספים כמו מסמכים ותמונות.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  ·  שני  ·  ריגש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היתרון המרכזי של היסטוריה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תמיד מדויקת יותר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נותנת קול לאנשים שלא נכתבו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לא דורשת בדיקה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עלול לקרות לזיכרון עם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נשאר זהה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עלול להשתנות מעט בכל פעם שמספרים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הופך לעובדה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מקור נוסף שיכול לעזור לבדוק עדות?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מסמך או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היסטוריה בעל פה עוסקת רק באנשים מפורסמים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זיכרון אנושי הוא תמיד מדויק לחלוטין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חוקרים משווים בין כמה עדויות כדי לבדוק אמינות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היסטוריה בעל פה נותנת __________ לאנשים שלא נכתבו בספרים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אנשים נוטים לזכור בעיקר את מה ש__________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פרויקט ההיסטוריון כולל ראיון עם __________ אנשים לפחות על אותו אירוע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היסטוריה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מסמך, תמונה או עדות שמספקים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מחקר שאוסף עדויות של אנשים על חייהם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שאדם זוכר מתוך חוויה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מידע שאפשר לאמת במקורות נוספים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ראיינו שני אנשים על אותו 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בין שתי העדויות בטבלה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מקור נוסף לבדיקת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אירוע או תקופה לחקור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היסטוריה בעל 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למגבלה של זיכרון כמקור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היסטוריה בעל פה וזיכרון כמקור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