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היסטוריה בעל פה וזיכרון כמקור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היסטוריה בעל פה ומה היתרונות והמגבלות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זיכרון אישי לעובדה 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עדויות ושימוש במקורות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היא נותנת קול לאנשים שלא נכתבו בספרים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עלול להשתנות מעט בכל פעם שמספרים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משווים בין כמה עדויות ומקורות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מסמך או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עובדה אפשר לאמת במקורות, זיכרון הוא חוויה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כל אדם שחווה אירוע או 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נותנת קול גם לילדים, נשים, עולים ואנשי 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אנשים שוכחים תאריכים והסיפור משתנה מעט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לראות מה דומה ומה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חשוב מהערך של העדות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טבעי לזיכרון, לא אומר שהעדות לא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הם עוזרים לאמת פרטים מתוך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(מחקר שאוסף עדויות של אנשים על חייהם)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שאדם זוכר מתוך חוויה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(מידע שאפשר לאמת במקורות נוספים)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(מסמך, תמונה או עדות שמספקים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(מחשבה אישית על תהליך הלמידה)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אירוע או תקופה לחקור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ראיינו שני אנשים על אותו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בין שתי העדויות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מקור נוסף לבדיקת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מאמר קצר ובו רפלקציה על הזיכרון כמקור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שמביאה דוגמה אישית ומבחינה בין חוויה אישית לפרט שניתן לאמת במקור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אוספים עדויות של אנשים על חייהם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שכחת תאריכים, שינוי קל בסיפור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לעדות נוספת או למקור כמו מסמך או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ראיון משפחתי שהתלמידים כבר 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שעדות 'לא מדויקת' אינה עדות 'שקרית'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היסטוריה בעל פה וזיכרון כמקור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מה זה לראיין אנשים על הסיפור שלהם, ולמה חשוב לבדוק את הדברים שהם מספרים עם עוד מקורות.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היסטוריה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סיפורים וזיכרונות של אנשים על חייהם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שאדם מספר על מה שקרה לו או שהוא 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שאדם זוכר מתוך חוויה אישית, לא תמיד מדויק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ולאמת במקורות נוספים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מסמך, תמונה, מכתב או עדות שנותנים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אישית על תהליך או על מה שלמדנו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ותבנית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הבסיס של מילה והצורה שבה היא בנויה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טוב בלשמוע סיפורים של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מדויקת יותר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נותנת קול לאנשים שלא נכתבו בספרים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דורשת בדיקה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עוסקת רק באירועים פוליטיים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לסיפור כשמספרים אותו הרבה פעמים?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זהה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עלול להשתנות מעט בכל פעם שמספרים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לעובדה 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בודקים אם סיפור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מאמינים לה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משווים בין כמה עדויות ומקורות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לבדוק אם סיפור מדויק?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ניחוש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או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שונה בין מה שאדם זוכר למה שבאמת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אפשר לאמת במקורות, זיכרון הוא חוויה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 תמיד נכון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עובדה היא תמיד שקרית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יכול לספר סיפור על חייו?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מנהיגים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אדם שחווה אירוע או 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סופרים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אנשים שכתבו 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היסטוריה בעל פה עוסקת רק באנשים מפורסמים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זיכרון אנושי הוא תמיד מדויק לחלוטין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משווים בין כמה עדויות כדי לבדוק אמינות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עדות יכולה לספר גם איך אדם חווה אירוע, ולא רק מה 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עדות משתנה מעט בכל פעם שמספרים אותה, היא בהכרח שקרית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מסמכים ותמונות יכולים לשמש כמקור נוסף לבדיקת עדות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היסטוריה בעל פה נותנת __________ לאנשים שלא נכתבו בספרים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אנשים נוטים לזכור בעיקר את מה ש__________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לבדוק פרט מתוך ראיון אפשר להשוות אותו למקורות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פרויקט ההיסטוריון כולל ראיון עם __________ אנשים לפחות על אותו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העבודה כותבים __________ על הזיכרון כמקור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המילה עדות נגזרת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מושגים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היסטוריה בעל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שאדם זוכר מתוך חוויה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מחשבה אישית על תהליך הלמידה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מסמך, תמונה או עדות שמספקים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מחקר שאוסף עדויות של אנשים על חייהם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שאפשר לאמת במקורות נוספים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מקור נוסף לבדיקת 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בין שתי העדויות בטבלה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ראיינו שני אנשים על אותו 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מאמר קצר ובו רפלקציה על הזיכרון כמקור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אירוע או תקופה לחקור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בעזרת דוגמה משלכם את ההבדל בין זיכרון לעובדה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היסטוריה בעל 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למגבלה של זיכרון כמקור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אפשר לבדוק פרט מתוך עדות?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היסטוריה בעל פה וזיכרון כמקור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