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היסטוריה בעל פה וזיכרון כמקור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מהי היסטוריה בעל פה ומה היתרונות והמגבלות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זיכרון אישי לעובדה היסטורית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השוואת עדויות ושימוש במקורות נוספים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היא נותנת קול לאנשים שלא נכתבו בספרים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הוא עלול להשתנות מעט בכל פעם שמספרים אותו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משווים בין כמה עדויות ומקורות נוספים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מסמך או תמונה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עובדה אפשר לאמת במקורות, זיכרון הוא חוויה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כל אדם שחווה אירוע או תקופה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היא נותנת קול גם לילדים, נשים, עולים ואנשי מלאכה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אנשים שוכחים תאריכים והסיפור משתנה מעט בכל פעם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אפשר לראות מה דומה ומה 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 חלק חשוב מהערך של העדות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זה טבעי לזיכרון, לא אומר שהעדות לא 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הם עוזרים לאמת פרטים מתוך הראיון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ריגש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נוספים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רפלקציה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עד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– מושגים והסברים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(מחקר שאוסף עדויות של אנשים על חייהם)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(מה שאדם זוכר מתוך חוויה אישית)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(מידע שאפשר לאמת במקורות נוספים)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(מסמך, תמונה או עדות שמספקים מידע)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(מחשבה אישית על תהליך הלמידה)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– שלבי הפרויקט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בחרו אירוע או תקופה לחקור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ראיינו שני אנשים על אותו אירוע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השוו בין שתי העדויות בטבלה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חפשו מקור נוסף לבדיקת פרטים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כתבו מאמר קצר ובו רפלקציה על הזיכרון כמקור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שמביאה דוגמה אישית ומבחינה בין חוויה אישית לפרט שניתן לאמת במקור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אוספים עדויות של אנשים על חייהם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שכחת תאריכים, שינוי קל בסיפור בכל פעם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השוואה לעדות נוספת או למקור כמו מסמך או תמונה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בשיחה קצרה על ראיון משפחתי שהתלמידים כבר שמעו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שעדות 'לא מדויקת' אינה עדות 'שקרית'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מומלץ לאפשר שיתוף בזוגות לפני כתיבה אישית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היסטוריה בעל פה וזיכרון כמקור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בשיעור זה לומדים כיצד חוקרים אוספים עדויות מאנשים על חייהם, ולמה חשוב להשוות בין כמה עדויות ולבדוק מקורות נוספים כמו מסמכים ותמונות.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היתרון המרכזי של היסטוריה בעל 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היא תמיד מדויקת יותר מספרים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היא נותנת קול לאנשים שלא נכתבו בספרים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היא לא דורשת בדיקה נוספת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היא עוסקת רק באירועים פוליטיים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עלול לקרות לזיכרון עם הזמן?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נשאר זהה לחלוטין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עלול להשתנות מעט בכל פעם שמספרים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הופך לעובדה מדויקת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נעלם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עושים חוקרים כדי לבדוק עדות?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מאמינים לה בלי לבדוק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משווים בין כמה עדויות ומקורות נוספים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מתעלמים ממנה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משנים אותה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מהו מקור נוסף שיכול לעזור לבדוק עדות?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ניחוש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מסמך או תמונה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דמיון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שמועה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ההבדל העיקרי בין זיכרון לעובדה?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עובדה אפשר לאמת במקורות, זיכרון הוא חוויה אישית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זיכרון תמיד נכון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עובדה היא תמיד שקרית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מי יכול לתת עדות בהיסטוריה בעל 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מנהיגים חשובים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כל אדם שחווה אירוע או תקופה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סופרים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אנשים שכתבו ספרים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היסטוריה בעל פה עוסקת רק באנשים מפורסמים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זיכרון אנושי הוא תמיד מדויק לחלוטין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חוקרים משווים בין כמה עדויות כדי לבדוק אמינות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עדות יכולה לספר גם איך אדם חווה אירוע, ולא רק מה קרה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עדות משתנה מעט בכל פעם שמספרים אותה, היא בהכרח שקרית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מסמכים ותמונות יכולים לשמש כמקור נוסף לבדיקת עדות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היסטוריה בעל פה נותנת __________ לאנשים שלא נכתבו בספרים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אנשים נוטים לזכור בעיקר את מה ש__________ אותם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כדי לבדוק פרט מתוך ראיון אפשר להשוות אותו למקורות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פרויקט ההיסטוריון כולל ראיון עם __________ אנשים לפחות על אותו אירוע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בסוף העבודה כותבים __________ על הזיכרון כמקור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המילה עדות נגזרת מהשורש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– מושגים והסברים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היסטוריה בעל 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מה שאדם זוכר מתוך חוויה אישית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זיכרון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מחשבה אישית על תהליך הלמידה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עובדה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מחקר שאוסף עדויות של אנשים על חייהם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מקור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מידע שאפשר לאמת במקורות נוספים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רפלקציה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מסמך, תמונה או עדות שמספקים מידע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– שלבי הפרויקט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כתבו מאמר קצר ובו רפלקציה על הזיכרון כמקור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חפשו מקור נוסף לבדיקת פרטים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ראיינו שני אנשים על אותו אירוע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בחרו אירוע או תקופה לחקור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השוו בין שתי העדויות בטבלה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והבעה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בעזרת דוגמה משלכם את ההבדל בין זיכרון לעובדה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היסטוריה בעל פה?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למגבלה של זיכרון כמקור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כיצד אפשר לבדוק פרט מתוך עדות?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היסטוריה בעל פה וזיכרון כמקור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